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ראשונה ותלוש שכר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ברוטו לנטו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שכר לפי שעות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בסיסיות של נוער עובד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השכר לפני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הכסף שבאמת נכנס לחשבון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נטו קטן מברוטו כי יש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ניכויים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תלוש שכר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תרגול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3000 ₪ (100 כפול 30)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950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(שכר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שנכנס בפועל לחשבון)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(מסמך עם פרטי השכר)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(סכומים שמורידים מהשכר)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מה השכר לשעה, כמה שעות בשבוע, מתי מקבלים תלוש, האם יש הפסקות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ברוטו לפני ניכויים, נטו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שעות כפול שכר לשעה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שעות מוגבלות, הפסקות, או 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עם המחשבון בדף חישוב אמיתי של שעות ושכר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לדוגמאות מהחיים של התלמידים, אם יש להם חברים שעובדים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שהניכויים בדף הם להמחשה בלבד ולא מדויקים לחוק האמיתי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ראשונה ותלוש שכר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הרבה בני נוער מתחילים לעבוד בחופשות או אחרי הלימודים. חשוב להבין איך מחשבים שכר, מה זה תלוש ואילו זכויות מגינות על עובדים צעירים.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תלוש שכר  ·  נטו  ·  ברוטו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ברוטו?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השכר אחרי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המס שמשלמים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נטו?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שעות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הכסף שבאמת נכנס לחשבון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ברוטו תמיד שווה לנטו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ניכויים מורידים מהשכר הסופי שנכנס לחשבון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השכר לפני ניכויים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הכסף שבאמת נכנס לחשבון הבנק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המסמך שמראה כמה הרווחת וכמה 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תרגול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עובד עבד 100 שעות בחודש בשכר של 30 ₪ לשעה. מה הברוטו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אם הברוטו הוא 1000 ₪ והניכויים הם 50 ₪, כמה יהיה הנטו?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כסף שנכנס בפועל לחשבון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מסמך עם פרטי השכר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סכומים שמורידים מהשכר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ניכויים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שכר לפני ניכויים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שאלות שכדאי לשאול מעסיק לפני שמתחילים עבודה 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ברוטו לנטו?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שכר ברוטו לפי שעות?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עבודה ראשונה ותלוש שכר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