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ההבדל בין ברוטו לנטו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שכר לפי שעות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זכויות בסיסיות של נוער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השכר לפני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הכסף שבאמת נכנס לחשבון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שעות כפול שכר לשעה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מסמך שמראה כמה הרווחת וכמה 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שעות מוגבלות והפסקות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נטו קטן מברוטו כי יש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של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לנוער יש הגנות כמו שעות מוגבלות והפסקות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בדיוק תפקידו של התלוש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הניכויים תלויים בחוק, בגובה השכר ובמצב האישי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ברוטו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שכר לשעה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תרגול חישוב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3000 ₪ (100 כפול 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950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מורידים ממנו ניכויים כמו מס או ביטוח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לדעת שמקבלים את מה שמגיע ולזהות טעויות או ניצול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(כסף שנכנס בפועל לחשבון)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(מסמך עם פרטי 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(סכומים שמורידים מהשכר)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(הגנות כמו שעות מוגבלות והפסקות)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מה השכר לשעה, כמה שעות בשבוע, מתי מקבלים תלוש, האם יש הפסקות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גילוי שהניכויים גבוהים מהצפוי או ששעות לא נספרו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כפול שכר לשעה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שעות מוגבלות, הפסקות, או 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עם המחשבון בדף חישוב אמיתי של שעות ושכר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לדוגמאות מהחיים של התלמידים, אם יש להם חברים שעובדים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שהניכויים בדף הם להמחשה בלבד ולא מדויקים לחוק האמיתי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עבודה ראשונה ותלוש שכר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הרבה בני נוער מתחילים לעבוד בחופשות או אחרי הלימודים. חשוב להבין איך מחשבים שכר, מה זה תלוש ואילו זכויות מגינות על עובדים צעירים.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אחרי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המס שמשלמים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הבונוס החודשי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נטו?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שעות העבודה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הכסף שבאמת נכנס לחשבון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המעסיק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מחשבים שכר ברוטו בסיסי?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שעות ועוד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שעות כפול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שכר לשעה פחות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שעות חלקי שכר לשעה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תלוש שכר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חוזה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מסמך שמראה כמה הרווחת וכמה 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קורות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טופס בקשת 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הדף, מה מוגן בחוק לנוער עובד?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שכר גבוה יותר ממבוגרים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שעות מוגבלות והפסקות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חופשה ללא הגבלה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עבודה רק בלילה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ברוטו תמיד שווה לנטו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ניכויים מורידים מהשכר הסופי שנכנס לחשבון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לנוער עובד אין שום הגנה מיוחדת בחוק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מראה את פרטי השכר והניכויים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אחוז הניכויים בחיים האמיתיים תמיד קבוע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השכר לפני ניכויים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הכסף שבאמת נכנס לחשבון הבנק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המסמך שמראה כמה הרווחת וכמה נוכה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סכומים שמורידים מהשכר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לחשב שכר ברוטו כופלים שעות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תרגול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עובד עבד 100 שעות בחודש בשכר של 30 ₪ לשעה. מה הברוטו שלו?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אם הברוטו הוא 1000 ₪ והניכויים הם 50 ₪, כמה יהיה הנטו?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הנטו תמיד קטן או שווה לברוטו?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חשוב להבין תלוש שכר לפני שמתחילים לעבוד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שנכנס בפועל לחשבון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שכר לפני ניכויים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תלוש שכר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הגנות כמו שעות מוגבלות והפסקות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ניכויים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מסמך עם פרטי השכר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זכויות נוער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סכומים שמורידים מהשכר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שאלות שכדאי לשאול מעסיק לפני שמתחילים עבודה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הבנת תלוש שכר עוזרת לעובד צעיר לזהות טעות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שכר ברוטו לפי שעות?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זכות אחת של נוער עובד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עבודה ראשונה ותלוש שכר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